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E2F3A" w14:textId="5D48463B" w:rsidR="004E4DC8" w:rsidRPr="00132C04" w:rsidRDefault="005E6FCA" w:rsidP="00F00A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ISRC-</w:t>
      </w:r>
      <w:r w:rsidRPr="00132C04">
        <w:rPr>
          <w:rFonts w:ascii="Times New Roman" w:hAnsi="Times New Roman" w:cs="Times New Roman"/>
          <w:b/>
          <w:sz w:val="24"/>
          <w:szCs w:val="24"/>
        </w:rPr>
        <w:t>LEADERSHIP</w:t>
      </w:r>
      <w:r>
        <w:rPr>
          <w:rFonts w:ascii="Times New Roman" w:hAnsi="Times New Roman" w:cs="Times New Roman"/>
          <w:b/>
          <w:sz w:val="24"/>
          <w:szCs w:val="24"/>
        </w:rPr>
        <w:t xml:space="preserve"> PITCH COMPETITION </w:t>
      </w:r>
      <w:r w:rsidRPr="00132C04">
        <w:rPr>
          <w:rFonts w:ascii="Times New Roman" w:hAnsi="Times New Roman" w:cs="Times New Roman"/>
          <w:b/>
          <w:sz w:val="24"/>
          <w:szCs w:val="24"/>
        </w:rPr>
        <w:t>GUIDELINES</w:t>
      </w:r>
      <w:r w:rsidR="00103E3A">
        <w:rPr>
          <w:rFonts w:ascii="Times New Roman" w:hAnsi="Times New Roman" w:cs="Times New Roman"/>
          <w:b/>
          <w:sz w:val="24"/>
          <w:szCs w:val="24"/>
        </w:rPr>
        <w:t xml:space="preserve"> AND REPORT</w:t>
      </w:r>
    </w:p>
    <w:p w14:paraId="7EC6BBF4" w14:textId="77777777" w:rsidR="004E4DC8" w:rsidRPr="00132C04" w:rsidRDefault="00000000" w:rsidP="00F00A25">
      <w:pPr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i/>
          <w:sz w:val="24"/>
          <w:szCs w:val="24"/>
        </w:rPr>
        <w:t>Student Competition Submission Guide</w:t>
      </w:r>
    </w:p>
    <w:p w14:paraId="29257175" w14:textId="77777777" w:rsidR="00D56CD3" w:rsidRDefault="00000000" w:rsidP="00F00A25">
      <w:pPr>
        <w:spacing w:before="200" w:after="1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 xml:space="preserve">Purpose. </w:t>
      </w:r>
      <w:r w:rsidRPr="00132C04">
        <w:rPr>
          <w:rFonts w:ascii="Times New Roman" w:hAnsi="Times New Roman" w:cs="Times New Roman"/>
          <w:sz w:val="24"/>
          <w:szCs w:val="24"/>
        </w:rPr>
        <w:t>This guide explains exactly what students should include in a business and leadership pitch proposal. The proposal should show that the team understands a real problem, has identified a specific customer, has designed a realistic solution, understands how the venture could operate financially, and has a practical leadership and growth plan.</w:t>
      </w:r>
    </w:p>
    <w:p w14:paraId="2A80DF9F" w14:textId="7F3D5F0F" w:rsidR="007A404C" w:rsidRPr="007A404C" w:rsidRDefault="007A404C" w:rsidP="00F00A25">
      <w:pPr>
        <w:spacing w:before="200" w:after="16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 xml:space="preserve">IMPORTANT NOTE: </w:t>
      </w:r>
      <w:r w:rsidRPr="007A404C">
        <w:rPr>
          <w:rFonts w:ascii="Times New Roman" w:hAnsi="Times New Roman" w:cs="Times New Roman"/>
          <w:color w:val="EE0000"/>
          <w:sz w:val="24"/>
          <w:szCs w:val="24"/>
        </w:rPr>
        <w:t xml:space="preserve">THIS REPORT IS REQUIRED ONLY FOR SEMIFINALISTS; PLEASE COMPLETE YOUR RESPONSES DIRECTLY IN THIS DOCUMENT, CONVERT THE COMPLETED DOCUMENT TO PDF, AND 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EMAIL THE FINAL PDF. PLEASE DON’T COMPLETE THIS FORM UNLESS YOU ARE SELECTED AS A SEMIFINALIST. </w:t>
      </w:r>
    </w:p>
    <w:p w14:paraId="1C7E6C0C" w14:textId="77777777" w:rsidR="00D56CD3" w:rsidRDefault="00D56CD3" w:rsidP="00F00A25">
      <w:pPr>
        <w:spacing w:before="200" w:after="160"/>
        <w:jc w:val="both"/>
        <w:rPr>
          <w:rFonts w:ascii="Times New Roman" w:hAnsi="Times New Roman" w:cs="Times New Roman"/>
          <w:sz w:val="24"/>
          <w:szCs w:val="24"/>
        </w:rPr>
      </w:pPr>
      <w:r w:rsidRPr="00D56CD3">
        <w:rPr>
          <w:rFonts w:ascii="Times New Roman" w:hAnsi="Times New Roman" w:cs="Times New Roman"/>
          <w:b/>
          <w:bCs/>
          <w:sz w:val="24"/>
          <w:szCs w:val="24"/>
        </w:rPr>
        <w:t>Recommended total proposal length:</w:t>
      </w:r>
      <w:r w:rsidRPr="00D56CD3">
        <w:rPr>
          <w:rFonts w:ascii="Times New Roman" w:hAnsi="Times New Roman" w:cs="Times New Roman"/>
          <w:sz w:val="24"/>
          <w:szCs w:val="24"/>
        </w:rPr>
        <w:t xml:space="preserve"> 2,000 words</w:t>
      </w:r>
      <w:r w:rsidR="00F21024">
        <w:rPr>
          <w:rFonts w:ascii="Times New Roman" w:hAnsi="Times New Roman" w:cs="Times New Roman"/>
          <w:sz w:val="24"/>
          <w:szCs w:val="24"/>
        </w:rPr>
        <w:t xml:space="preserve"> max</w:t>
      </w:r>
      <w:r w:rsidRPr="00D56CD3">
        <w:rPr>
          <w:rFonts w:ascii="Times New Roman" w:hAnsi="Times New Roman" w:cs="Times New Roman"/>
          <w:sz w:val="24"/>
          <w:szCs w:val="24"/>
        </w:rPr>
        <w:t>. References, charts, figures, financial tables, and appendices do not need to be counted in the word limit</w:t>
      </w:r>
      <w:r w:rsidR="00F210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3F521A" w14:textId="77777777" w:rsidR="007A404C" w:rsidRDefault="00000000" w:rsidP="007A404C">
      <w:pPr>
        <w:spacing w:before="100" w:after="160"/>
        <w:jc w:val="both"/>
        <w:rPr>
          <w:b/>
          <w:color w:val="C00000"/>
        </w:rPr>
      </w:pPr>
      <w:r>
        <w:rPr>
          <w:b/>
          <w:color w:val="C00000"/>
        </w:rPr>
        <w:t>Student Instructions: Type your response directly inside each bordered answer box. Replace the red placeholder text with your own answer and stay within the stated maximum word limit.</w:t>
      </w:r>
    </w:p>
    <w:p w14:paraId="63DBBDC7" w14:textId="47F80E09" w:rsidR="004E4DC8" w:rsidRPr="007A404C" w:rsidRDefault="00000000" w:rsidP="007A404C">
      <w:pPr>
        <w:spacing w:before="100" w:after="160"/>
        <w:jc w:val="both"/>
      </w:pPr>
      <w:r w:rsidRPr="00132C04">
        <w:rPr>
          <w:rFonts w:ascii="Times New Roman" w:hAnsi="Times New Roman" w:cs="Times New Roman"/>
          <w:sz w:val="24"/>
          <w:szCs w:val="24"/>
        </w:rPr>
        <w:t>General Proposal Requirements</w:t>
      </w:r>
    </w:p>
    <w:p w14:paraId="000C5F67" w14:textId="77777777" w:rsidR="004E4DC8" w:rsidRPr="00132C04" w:rsidRDefault="00000000" w:rsidP="00F00A25">
      <w:pPr>
        <w:pStyle w:val="ListBullet"/>
        <w:numPr>
          <w:ilvl w:val="0"/>
          <w:numId w:val="1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Write in clear, professional language that can be understood by judges from different business, leadership, and academic backgrounds.</w:t>
      </w:r>
    </w:p>
    <w:p w14:paraId="75B4994E" w14:textId="77777777" w:rsidR="004E4DC8" w:rsidRPr="00132C04" w:rsidRDefault="00000000" w:rsidP="00F00A25">
      <w:pPr>
        <w:pStyle w:val="ListBullet"/>
        <w:numPr>
          <w:ilvl w:val="0"/>
          <w:numId w:val="1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Use specific facts, numbers, dates, prices, costs, market figures, customer estimates, and milestones whenever they strengthen the proposal.</w:t>
      </w:r>
    </w:p>
    <w:p w14:paraId="2C6A2998" w14:textId="77777777" w:rsidR="004E4DC8" w:rsidRPr="00132C04" w:rsidRDefault="00000000" w:rsidP="00F00A25">
      <w:pPr>
        <w:pStyle w:val="ListBullet"/>
        <w:numPr>
          <w:ilvl w:val="0"/>
          <w:numId w:val="1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Clearly identify estimates and projections. Students are not required to have an existing company, customers, revenue, or completed product.</w:t>
      </w:r>
    </w:p>
    <w:p w14:paraId="7FCA6ED4" w14:textId="77777777" w:rsidR="004E4DC8" w:rsidRPr="00132C04" w:rsidRDefault="00000000" w:rsidP="00F00A25">
      <w:pPr>
        <w:pStyle w:val="ListBullet"/>
        <w:numPr>
          <w:ilvl w:val="0"/>
          <w:numId w:val="1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Important factual claims should be supported by credible sources. Include the source name and year for major statistics, market data, health data, economic figures, or industry growth claims.</w:t>
      </w:r>
    </w:p>
    <w:p w14:paraId="140AA737" w14:textId="77777777" w:rsidR="004E4DC8" w:rsidRPr="00132C04" w:rsidRDefault="00000000" w:rsidP="00F00A25">
      <w:pPr>
        <w:pStyle w:val="ListBullet"/>
        <w:numPr>
          <w:ilvl w:val="0"/>
          <w:numId w:val="1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proposal should focus on the business idea and leadership plan rather than becoming a technical research paper.</w:t>
      </w:r>
    </w:p>
    <w:p w14:paraId="77BDA78B" w14:textId="77777777" w:rsidR="004E4DC8" w:rsidRPr="00132C04" w:rsidRDefault="00000000" w:rsidP="00F00A25">
      <w:pPr>
        <w:pStyle w:val="ListBullet"/>
        <w:numPr>
          <w:ilvl w:val="0"/>
          <w:numId w:val="1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Use the team’s own words. Do not copy large sections from websites, reports, AI-generated text, or another organization’s materials without appropriate attribution.</w:t>
      </w:r>
    </w:p>
    <w:p w14:paraId="41D17309" w14:textId="77777777" w:rsidR="004E4DC8" w:rsidRPr="00132C04" w:rsidRDefault="00000000" w:rsidP="00F00A25">
      <w:pPr>
        <w:pStyle w:val="ListBullet"/>
        <w:numPr>
          <w:ilvl w:val="0"/>
          <w:numId w:val="1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proposal should be realistic. Judges should be able to understand what the team can accomplish next, what resources are needed, and how success will be measured.</w:t>
      </w:r>
    </w:p>
    <w:p w14:paraId="1B36FDB5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t>1. Introduction</w:t>
      </w:r>
    </w:p>
    <w:p w14:paraId="27AFCFA3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75-100 words</w:t>
      </w:r>
    </w:p>
    <w:p w14:paraId="1EBD739D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 xml:space="preserve">Introduce the team and the venture clearly and quickly. </w:t>
      </w:r>
      <w:r w:rsidR="00132C04" w:rsidRPr="00132C04">
        <w:rPr>
          <w:rFonts w:ascii="Times New Roman" w:hAnsi="Times New Roman" w:cs="Times New Roman"/>
          <w:sz w:val="24"/>
          <w:szCs w:val="24"/>
        </w:rPr>
        <w:t>After reading this section, a judge should understand who the team is, what the proposed business or organization is called, and the basic idea</w:t>
      </w:r>
      <w:r w:rsidRPr="00132C04">
        <w:rPr>
          <w:rFonts w:ascii="Times New Roman" w:hAnsi="Times New Roman" w:cs="Times New Roman"/>
          <w:sz w:val="24"/>
          <w:szCs w:val="24"/>
        </w:rPr>
        <w:t>.</w:t>
      </w:r>
    </w:p>
    <w:p w14:paraId="650907E1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26802545" w14:textId="77777777" w:rsidR="004E4DC8" w:rsidRPr="00132C04" w:rsidRDefault="00000000" w:rsidP="00F00A25">
      <w:pPr>
        <w:pStyle w:val="ListBullet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Name of the business, organization, product, platform, service, or venture.</w:t>
      </w:r>
    </w:p>
    <w:p w14:paraId="1D229C70" w14:textId="77777777" w:rsidR="004E4DC8" w:rsidRPr="00132C04" w:rsidRDefault="00000000" w:rsidP="00F00A25">
      <w:pPr>
        <w:pStyle w:val="ListBullet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Names of the student team members, their school or organization.</w:t>
      </w:r>
    </w:p>
    <w:p w14:paraId="53D83C65" w14:textId="77777777" w:rsidR="004E4DC8" w:rsidRPr="00132C04" w:rsidRDefault="00000000" w:rsidP="00F00A25">
      <w:pPr>
        <w:pStyle w:val="ListBullet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lastRenderedPageBreak/>
        <w:t>City, state/province, and country</w:t>
      </w:r>
      <w:r w:rsidR="00D56CD3">
        <w:rPr>
          <w:rFonts w:ascii="Times New Roman" w:hAnsi="Times New Roman" w:cs="Times New Roman"/>
          <w:sz w:val="24"/>
          <w:szCs w:val="24"/>
        </w:rPr>
        <w:t xml:space="preserve"> name. </w:t>
      </w:r>
    </w:p>
    <w:p w14:paraId="2991C203" w14:textId="77777777" w:rsidR="004E4DC8" w:rsidRPr="00132C04" w:rsidRDefault="00000000" w:rsidP="00F00A25">
      <w:pPr>
        <w:pStyle w:val="ListBullet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one-sentence description of what the venture does.</w:t>
      </w:r>
    </w:p>
    <w:p w14:paraId="57CCC654" w14:textId="77777777" w:rsidR="004E4DC8" w:rsidRPr="00132C04" w:rsidRDefault="00000000" w:rsidP="00F00A25">
      <w:pPr>
        <w:pStyle w:val="ListBullet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brief statement of the team’s overall mission or goal.</w:t>
      </w:r>
    </w:p>
    <w:p w14:paraId="65E16B2A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13D9249E" w14:textId="77777777" w:rsidR="004E4DC8" w:rsidRPr="00132C04" w:rsidRDefault="00000000" w:rsidP="00F00A25">
      <w:pPr>
        <w:pStyle w:val="ListBullet"/>
        <w:numPr>
          <w:ilvl w:val="0"/>
          <w:numId w:val="15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Long biographies of each student.</w:t>
      </w:r>
    </w:p>
    <w:p w14:paraId="0C5E8CA1" w14:textId="77777777" w:rsidR="004E4DC8" w:rsidRPr="00132C04" w:rsidRDefault="00000000" w:rsidP="00F00A25">
      <w:pPr>
        <w:pStyle w:val="ListBullet"/>
        <w:numPr>
          <w:ilvl w:val="0"/>
          <w:numId w:val="15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detailed history of the problem.</w:t>
      </w:r>
    </w:p>
    <w:p w14:paraId="2245BE0D" w14:textId="77777777" w:rsidR="004E4DC8" w:rsidRPr="00132C04" w:rsidRDefault="00000000" w:rsidP="00F00A25">
      <w:pPr>
        <w:pStyle w:val="ListBullet"/>
        <w:numPr>
          <w:ilvl w:val="0"/>
          <w:numId w:val="15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Technical information that belongs later in the proposal.</w:t>
      </w:r>
    </w:p>
    <w:p w14:paraId="6898D016" w14:textId="77777777" w:rsidR="004E4DC8" w:rsidRPr="00132C04" w:rsidRDefault="00000000" w:rsidP="00F00A25">
      <w:pPr>
        <w:pStyle w:val="ListBullet"/>
        <w:numPr>
          <w:ilvl w:val="0"/>
          <w:numId w:val="15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General statements that do not explain what the venture actually does.</w:t>
      </w:r>
    </w:p>
    <w:p w14:paraId="4973D440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100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258381B9" w14:textId="77777777">
        <w:trPr>
          <w:trHeight w:val="1800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F8F0A59" w14:textId="77777777" w:rsidR="006B3B40" w:rsidRDefault="00000000" w:rsidP="00F00A25">
            <w:pPr>
              <w:spacing w:after="0"/>
              <w:jc w:val="both"/>
              <w:rPr>
                <w:i/>
                <w:color w:val="C00000"/>
              </w:rPr>
            </w:pPr>
            <w:r>
              <w:rPr>
                <w:i/>
                <w:color w:val="C00000"/>
              </w:rPr>
              <w:t>You write your answer here</w:t>
            </w:r>
          </w:p>
          <w:p w14:paraId="718C8F71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03DB6F50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771A6F6E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2D1EF901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6D984D35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7DD93D14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02E4069F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78C7EEC2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36B1B71C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22BF1CE6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420BDFE5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79A1F06E" w14:textId="77777777" w:rsidR="00F00A25" w:rsidRDefault="00F00A25" w:rsidP="00F00A25">
            <w:pPr>
              <w:spacing w:after="0"/>
              <w:jc w:val="both"/>
              <w:rPr>
                <w:i/>
                <w:color w:val="C00000"/>
              </w:rPr>
            </w:pPr>
          </w:p>
          <w:p w14:paraId="7BA2898B" w14:textId="77777777" w:rsidR="00F00A25" w:rsidRDefault="00F00A25" w:rsidP="00F00A25">
            <w:pPr>
              <w:spacing w:after="0"/>
              <w:jc w:val="both"/>
            </w:pPr>
          </w:p>
        </w:tc>
      </w:tr>
    </w:tbl>
    <w:p w14:paraId="41146329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t>2. The Problem</w:t>
      </w:r>
    </w:p>
    <w:p w14:paraId="462CE446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150-200 words</w:t>
      </w:r>
    </w:p>
    <w:p w14:paraId="433E3D1A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Explain the specific problem, unmet need, inefficiency, or opportunity that motivated the venture. This section should convince the judge that the problem is real and worth solving.</w:t>
      </w:r>
    </w:p>
    <w:p w14:paraId="45BAE8F5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2E87E907" w14:textId="77777777" w:rsidR="004E4DC8" w:rsidRPr="00132C04" w:rsidRDefault="00000000" w:rsidP="00F00A25">
      <w:pPr>
        <w:pStyle w:val="ListBullet"/>
        <w:numPr>
          <w:ilvl w:val="0"/>
          <w:numId w:val="1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clear description of the problem.</w:t>
      </w:r>
    </w:p>
    <w:p w14:paraId="2F038C35" w14:textId="77777777" w:rsidR="004E4DC8" w:rsidRPr="00132C04" w:rsidRDefault="00000000" w:rsidP="00F00A25">
      <w:pPr>
        <w:pStyle w:val="ListBullet"/>
        <w:numPr>
          <w:ilvl w:val="0"/>
          <w:numId w:val="1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Who experiences the problem and how they are affected.</w:t>
      </w:r>
    </w:p>
    <w:p w14:paraId="36269EDA" w14:textId="77777777" w:rsidR="004E4DC8" w:rsidRPr="00132C04" w:rsidRDefault="00000000" w:rsidP="00F00A25">
      <w:pPr>
        <w:pStyle w:val="ListBullet"/>
        <w:numPr>
          <w:ilvl w:val="0"/>
          <w:numId w:val="1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Why the problem matters economically, socially, environmentally, educationally, medically, technologically, or within the community.</w:t>
      </w:r>
    </w:p>
    <w:p w14:paraId="02A8E39F" w14:textId="77777777" w:rsidR="004E4DC8" w:rsidRPr="00132C04" w:rsidRDefault="00000000" w:rsidP="00F00A25">
      <w:pPr>
        <w:pStyle w:val="ListBullet"/>
        <w:numPr>
          <w:ilvl w:val="0"/>
          <w:numId w:val="1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Evidence showing the size or seriousness of the problem.</w:t>
      </w:r>
    </w:p>
    <w:p w14:paraId="2430F6BF" w14:textId="77777777" w:rsidR="004E4DC8" w:rsidRPr="00132C04" w:rsidRDefault="00000000" w:rsidP="00F00A25">
      <w:pPr>
        <w:pStyle w:val="ListBullet"/>
        <w:numPr>
          <w:ilvl w:val="0"/>
          <w:numId w:val="1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Recent statistics, percentages, dollar costs, time losses, health outcomes, user counts, or other measurable evidence when available.</w:t>
      </w:r>
    </w:p>
    <w:p w14:paraId="0576C8C5" w14:textId="77777777" w:rsidR="004E4DC8" w:rsidRPr="00132C04" w:rsidRDefault="00000000" w:rsidP="00F00A25">
      <w:pPr>
        <w:pStyle w:val="ListBullet"/>
        <w:numPr>
          <w:ilvl w:val="0"/>
          <w:numId w:val="1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year of important data and the source of major statistics.</w:t>
      </w:r>
    </w:p>
    <w:p w14:paraId="3900EDB5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73ABFECF" w14:textId="77777777" w:rsidR="004E4DC8" w:rsidRPr="00132C04" w:rsidRDefault="00000000" w:rsidP="00F00A25">
      <w:pPr>
        <w:pStyle w:val="ListBullet"/>
        <w:numPr>
          <w:ilvl w:val="0"/>
          <w:numId w:val="13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Statements such as “this is a huge problem” without evidence.</w:t>
      </w:r>
    </w:p>
    <w:p w14:paraId="285B4509" w14:textId="77777777" w:rsidR="004E4DC8" w:rsidRPr="00132C04" w:rsidRDefault="00000000" w:rsidP="00F00A25">
      <w:pPr>
        <w:pStyle w:val="ListBullet"/>
        <w:numPr>
          <w:ilvl w:val="0"/>
          <w:numId w:val="13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lastRenderedPageBreak/>
        <w:t>Several unrelated problems. Focus on the problem the proposed venture is designed to solve.</w:t>
      </w:r>
    </w:p>
    <w:p w14:paraId="50742B3B" w14:textId="77777777" w:rsidR="004E4DC8" w:rsidRPr="00132C04" w:rsidRDefault="00000000" w:rsidP="00F00A25">
      <w:pPr>
        <w:pStyle w:val="ListBullet"/>
        <w:numPr>
          <w:ilvl w:val="0"/>
          <w:numId w:val="13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Excessive historical background that does not help explain the current need.</w:t>
      </w:r>
    </w:p>
    <w:p w14:paraId="13AB62C8" w14:textId="77777777" w:rsidR="00D56CD3" w:rsidRDefault="00000000" w:rsidP="00F00A25">
      <w:pPr>
        <w:pStyle w:val="ListBullet"/>
        <w:numPr>
          <w:ilvl w:val="0"/>
          <w:numId w:val="13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Statistics without identifying where they came from.</w:t>
      </w:r>
    </w:p>
    <w:p w14:paraId="30F95F29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200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2F8FDF0D" w14:textId="77777777">
        <w:trPr>
          <w:trHeight w:val="2520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9C46CD4" w14:textId="77777777" w:rsidR="006B3B40" w:rsidRDefault="00000000" w:rsidP="00F00A25">
            <w:pPr>
              <w:spacing w:after="0"/>
              <w:jc w:val="both"/>
            </w:pPr>
            <w:r>
              <w:rPr>
                <w:i/>
                <w:color w:val="C00000"/>
              </w:rPr>
              <w:t>You write your answer here</w:t>
            </w:r>
          </w:p>
        </w:tc>
      </w:tr>
    </w:tbl>
    <w:p w14:paraId="3D6CCDFD" w14:textId="77777777" w:rsidR="00D56CD3" w:rsidRDefault="00D56CD3" w:rsidP="00F00A25">
      <w:pPr>
        <w:pStyle w:val="ListBullet"/>
        <w:numPr>
          <w:ilvl w:val="0"/>
          <w:numId w:val="0"/>
        </w:numPr>
        <w:spacing w:after="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273BB4" w14:textId="77777777" w:rsidR="004E4DC8" w:rsidRPr="00D56CD3" w:rsidRDefault="00000000" w:rsidP="00F00A25">
      <w:pPr>
        <w:pStyle w:val="ListBullet"/>
        <w:numPr>
          <w:ilvl w:val="0"/>
          <w:numId w:val="0"/>
        </w:numPr>
        <w:spacing w:after="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6CD3">
        <w:rPr>
          <w:rFonts w:ascii="Times New Roman" w:hAnsi="Times New Roman" w:cs="Times New Roman"/>
          <w:b/>
          <w:bCs/>
          <w:sz w:val="24"/>
          <w:szCs w:val="24"/>
        </w:rPr>
        <w:t>3. The Customer</w:t>
      </w:r>
    </w:p>
    <w:p w14:paraId="062A253C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100-150 words</w:t>
      </w:r>
    </w:p>
    <w:p w14:paraId="19E33528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Identify exactly who would use, purchase, adopt, subscribe to, sponsor, or otherwise support the proposed solution.</w:t>
      </w:r>
    </w:p>
    <w:p w14:paraId="3C7B0883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57026048" w14:textId="77777777" w:rsidR="004E4DC8" w:rsidRPr="00132C04" w:rsidRDefault="00000000" w:rsidP="00F00A25">
      <w:pPr>
        <w:pStyle w:val="ListBullet"/>
        <w:numPr>
          <w:ilvl w:val="0"/>
          <w:numId w:val="1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primary target customer or user.</w:t>
      </w:r>
    </w:p>
    <w:p w14:paraId="11348A11" w14:textId="77777777" w:rsidR="004E4DC8" w:rsidRPr="00132C04" w:rsidRDefault="00000000" w:rsidP="00F00A25">
      <w:pPr>
        <w:pStyle w:val="ListBullet"/>
        <w:numPr>
          <w:ilvl w:val="0"/>
          <w:numId w:val="1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Relevant customer characteristics such as age group, industry, profession, school type, organization type, income range, location, or other meaningful characteristics.</w:t>
      </w:r>
    </w:p>
    <w:p w14:paraId="27A174D6" w14:textId="77777777" w:rsidR="004E4DC8" w:rsidRPr="00132C04" w:rsidRDefault="00000000" w:rsidP="00F00A25">
      <w:pPr>
        <w:pStyle w:val="ListBullet"/>
        <w:numPr>
          <w:ilvl w:val="0"/>
          <w:numId w:val="1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distinction between the user and the buyer when they are different. For example, students may use a product while schools or parents purchase it.</w:t>
      </w:r>
    </w:p>
    <w:p w14:paraId="780BF43B" w14:textId="77777777" w:rsidR="004E4DC8" w:rsidRPr="00132C04" w:rsidRDefault="00000000" w:rsidP="00F00A25">
      <w:pPr>
        <w:pStyle w:val="ListBullet"/>
        <w:numPr>
          <w:ilvl w:val="0"/>
          <w:numId w:val="1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An estimate of the number of potential customers or users when reasonable.</w:t>
      </w:r>
    </w:p>
    <w:p w14:paraId="7DA56800" w14:textId="77777777" w:rsidR="004E4DC8" w:rsidRPr="00132C04" w:rsidRDefault="00000000" w:rsidP="00F00A25">
      <w:pPr>
        <w:pStyle w:val="ListBullet"/>
        <w:numPr>
          <w:ilvl w:val="0"/>
          <w:numId w:val="1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customer’s main reason for choosing or paying for the solution.</w:t>
      </w:r>
    </w:p>
    <w:p w14:paraId="4D93CFD8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3A997772" w14:textId="77777777" w:rsidR="004E4DC8" w:rsidRPr="00132C04" w:rsidRDefault="00000000" w:rsidP="00F00A25">
      <w:pPr>
        <w:pStyle w:val="ListBullet"/>
        <w:numPr>
          <w:ilvl w:val="0"/>
          <w:numId w:val="11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Statements such as “everyone is our customer.”</w:t>
      </w:r>
    </w:p>
    <w:p w14:paraId="2C88326C" w14:textId="77777777" w:rsidR="004E4DC8" w:rsidRPr="00132C04" w:rsidRDefault="00000000" w:rsidP="00F00A25">
      <w:pPr>
        <w:pStyle w:val="ListBullet"/>
        <w:numPr>
          <w:ilvl w:val="0"/>
          <w:numId w:val="11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An extremely broad market without identifying the first customer group the team will target.</w:t>
      </w:r>
    </w:p>
    <w:p w14:paraId="00032331" w14:textId="77777777" w:rsidR="004E4DC8" w:rsidRPr="00132C04" w:rsidRDefault="00000000" w:rsidP="00F00A25">
      <w:pPr>
        <w:pStyle w:val="ListBullet"/>
        <w:numPr>
          <w:ilvl w:val="0"/>
          <w:numId w:val="11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Customer assumptions presented as proven facts if the team has not tested them.</w:t>
      </w:r>
    </w:p>
    <w:p w14:paraId="1369CCFF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150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179AB5D0" w14:textId="77777777">
        <w:trPr>
          <w:trHeight w:val="2088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CE9FCF9" w14:textId="77777777" w:rsidR="006B3B40" w:rsidRDefault="00000000" w:rsidP="00F00A25">
            <w:pPr>
              <w:spacing w:after="0"/>
              <w:jc w:val="both"/>
            </w:pPr>
            <w:r>
              <w:rPr>
                <w:i/>
                <w:color w:val="C00000"/>
              </w:rPr>
              <w:t>You write your answer here</w:t>
            </w:r>
          </w:p>
        </w:tc>
      </w:tr>
    </w:tbl>
    <w:p w14:paraId="253DA429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lastRenderedPageBreak/>
        <w:t>4. The Solution</w:t>
      </w:r>
    </w:p>
    <w:p w14:paraId="48CF8A31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150-200 words</w:t>
      </w:r>
    </w:p>
    <w:p w14:paraId="5CF556B6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Describe the proposed product, service, platform, organization, or business concept in practical terms. The judge should understand how it works and how it addresses the problem.</w:t>
      </w:r>
    </w:p>
    <w:p w14:paraId="4B0C66F2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35D64228" w14:textId="77777777" w:rsidR="004E4DC8" w:rsidRPr="00132C04" w:rsidRDefault="00000000" w:rsidP="00F00A25">
      <w:pPr>
        <w:pStyle w:val="ListBullet"/>
        <w:numPr>
          <w:ilvl w:val="0"/>
          <w:numId w:val="17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simple explanation of the product or service.</w:t>
      </w:r>
    </w:p>
    <w:p w14:paraId="77B4D61D" w14:textId="77777777" w:rsidR="004E4DC8" w:rsidRPr="00132C04" w:rsidRDefault="00000000" w:rsidP="00F00A25">
      <w:pPr>
        <w:pStyle w:val="ListBullet"/>
        <w:numPr>
          <w:ilvl w:val="0"/>
          <w:numId w:val="17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Its most important features or functions.</w:t>
      </w:r>
    </w:p>
    <w:p w14:paraId="6F8711B7" w14:textId="77777777" w:rsidR="004E4DC8" w:rsidRPr="00132C04" w:rsidRDefault="00000000" w:rsidP="00F00A25">
      <w:pPr>
        <w:pStyle w:val="ListBullet"/>
        <w:numPr>
          <w:ilvl w:val="0"/>
          <w:numId w:val="17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How the solution directly addresses the problem described earlier.</w:t>
      </w:r>
    </w:p>
    <w:p w14:paraId="2BBF8B00" w14:textId="77777777" w:rsidR="004E4DC8" w:rsidRPr="00132C04" w:rsidRDefault="00000000" w:rsidP="00F00A25">
      <w:pPr>
        <w:pStyle w:val="ListBullet"/>
        <w:numPr>
          <w:ilvl w:val="0"/>
          <w:numId w:val="17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What makes the solution useful, convenient, affordable, faster, safer, more effective, or otherwise valuable.</w:t>
      </w:r>
    </w:p>
    <w:p w14:paraId="6E4439AB" w14:textId="77777777" w:rsidR="004E4DC8" w:rsidRPr="00132C04" w:rsidRDefault="00000000" w:rsidP="00F00A25">
      <w:pPr>
        <w:pStyle w:val="ListBullet"/>
        <w:numPr>
          <w:ilvl w:val="0"/>
          <w:numId w:val="17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current stage of development: idea, concept, prototype, minimum viable product, pilot, launched venture, or existing business.</w:t>
      </w:r>
    </w:p>
    <w:p w14:paraId="4A653794" w14:textId="77777777" w:rsidR="004E4DC8" w:rsidRPr="00132C04" w:rsidRDefault="00000000" w:rsidP="00F00A25">
      <w:pPr>
        <w:pStyle w:val="ListBullet"/>
        <w:numPr>
          <w:ilvl w:val="0"/>
          <w:numId w:val="17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Any testing, prototype results, demonstrations, customer feedback, or proof of concept already completed.</w:t>
      </w:r>
    </w:p>
    <w:p w14:paraId="2811F651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54235B30" w14:textId="77777777" w:rsidR="004E4DC8" w:rsidRPr="00132C04" w:rsidRDefault="00000000" w:rsidP="00F00A25">
      <w:pPr>
        <w:pStyle w:val="ListBullet"/>
        <w:numPr>
          <w:ilvl w:val="0"/>
          <w:numId w:val="18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Highly technical language that a general business judge cannot understand.</w:t>
      </w:r>
    </w:p>
    <w:p w14:paraId="6B6E3181" w14:textId="77777777" w:rsidR="004E4DC8" w:rsidRPr="00132C04" w:rsidRDefault="00000000" w:rsidP="00F00A25">
      <w:pPr>
        <w:pStyle w:val="ListBullet"/>
        <w:numPr>
          <w:ilvl w:val="0"/>
          <w:numId w:val="18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long list of features without explaining the customer benefit.</w:t>
      </w:r>
    </w:p>
    <w:p w14:paraId="7D6DFF5F" w14:textId="77777777" w:rsidR="004E4DC8" w:rsidRPr="00132C04" w:rsidRDefault="00000000" w:rsidP="00F00A25">
      <w:pPr>
        <w:pStyle w:val="ListBullet"/>
        <w:numPr>
          <w:ilvl w:val="0"/>
          <w:numId w:val="18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Claims that the solution is guaranteed to work unless there is strong evidence supporting that statement.</w:t>
      </w:r>
    </w:p>
    <w:p w14:paraId="7FEAD3B9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200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3CF1FFFF" w14:textId="77777777">
        <w:trPr>
          <w:trHeight w:val="2520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EC955EB" w14:textId="77777777" w:rsidR="006B3B40" w:rsidRDefault="00000000" w:rsidP="00F00A25">
            <w:pPr>
              <w:spacing w:after="0"/>
              <w:jc w:val="both"/>
            </w:pPr>
            <w:r>
              <w:rPr>
                <w:i/>
                <w:color w:val="C00000"/>
              </w:rPr>
              <w:t>You write your answer here</w:t>
            </w:r>
          </w:p>
        </w:tc>
      </w:tr>
    </w:tbl>
    <w:p w14:paraId="2AF6BB92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t>5. Business Opportunity</w:t>
      </w:r>
    </w:p>
    <w:p w14:paraId="56869306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150-200 words</w:t>
      </w:r>
    </w:p>
    <w:p w14:paraId="03C335DC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Explain why the idea has the potential to become a successful, sustainable, or scalable venture. This section should demonstrate that there is meaningful demand beyond the initial idea.</w:t>
      </w:r>
    </w:p>
    <w:p w14:paraId="72F5E2E1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5E0DC726" w14:textId="77777777" w:rsidR="004E4DC8" w:rsidRPr="00132C04" w:rsidRDefault="00000000" w:rsidP="00F00A25">
      <w:pPr>
        <w:pStyle w:val="ListBullet"/>
        <w:numPr>
          <w:ilvl w:val="0"/>
          <w:numId w:val="19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Estimated market size or number of potential customers when data are available.</w:t>
      </w:r>
    </w:p>
    <w:p w14:paraId="519DEEEB" w14:textId="77777777" w:rsidR="004E4DC8" w:rsidRPr="00132C04" w:rsidRDefault="00000000" w:rsidP="00F00A25">
      <w:pPr>
        <w:pStyle w:val="ListBullet"/>
        <w:numPr>
          <w:ilvl w:val="0"/>
          <w:numId w:val="19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Relevant market or industry growth information.</w:t>
      </w:r>
    </w:p>
    <w:p w14:paraId="32E39FB6" w14:textId="77777777" w:rsidR="004E4DC8" w:rsidRPr="00132C04" w:rsidRDefault="00000000" w:rsidP="00F00A25">
      <w:pPr>
        <w:pStyle w:val="ListBullet"/>
        <w:numPr>
          <w:ilvl w:val="0"/>
          <w:numId w:val="19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Current spending on similar products, services, or solutions.</w:t>
      </w:r>
    </w:p>
    <w:p w14:paraId="6172E9FF" w14:textId="77777777" w:rsidR="004E4DC8" w:rsidRPr="00132C04" w:rsidRDefault="00000000" w:rsidP="00F00A25">
      <w:pPr>
        <w:pStyle w:val="ListBullet"/>
        <w:numPr>
          <w:ilvl w:val="0"/>
          <w:numId w:val="19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Why the timing is favorable for the venture.</w:t>
      </w:r>
    </w:p>
    <w:p w14:paraId="1087D686" w14:textId="77777777" w:rsidR="004E4DC8" w:rsidRPr="00132C04" w:rsidRDefault="00000000" w:rsidP="00F00A25">
      <w:pPr>
        <w:pStyle w:val="ListBullet"/>
        <w:numPr>
          <w:ilvl w:val="0"/>
          <w:numId w:val="19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lastRenderedPageBreak/>
        <w:t>Trends, regulations, technologies, behaviors, or unmet customer needs that create an opportunity.</w:t>
      </w:r>
    </w:p>
    <w:p w14:paraId="463D81F6" w14:textId="77777777" w:rsidR="004E4DC8" w:rsidRPr="00132C04" w:rsidRDefault="00000000" w:rsidP="00F00A25">
      <w:pPr>
        <w:pStyle w:val="ListBullet"/>
        <w:numPr>
          <w:ilvl w:val="0"/>
          <w:numId w:val="19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realistic explanation of the initial market the team intends to enter before expanding.</w:t>
      </w:r>
    </w:p>
    <w:p w14:paraId="40AF8572" w14:textId="77777777" w:rsidR="004E4DC8" w:rsidRPr="00132C04" w:rsidRDefault="00023224" w:rsidP="00F00A25">
      <w:pPr>
        <w:pStyle w:val="ListBullet"/>
        <w:numPr>
          <w:ilvl w:val="0"/>
          <w:numId w:val="19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 </w:t>
      </w:r>
      <w:r w:rsidRPr="00132C04">
        <w:rPr>
          <w:rFonts w:ascii="Times New Roman" w:hAnsi="Times New Roman" w:cs="Times New Roman"/>
          <w:sz w:val="24"/>
          <w:szCs w:val="24"/>
        </w:rPr>
        <w:t>Dollar values should be included when meaningful, such as the estimated market value, annual customer spending, or expected price range.</w:t>
      </w:r>
    </w:p>
    <w:p w14:paraId="289F4068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00768F08" w14:textId="77777777" w:rsidR="004E4DC8" w:rsidRPr="00132C04" w:rsidRDefault="00000000" w:rsidP="00F00A25">
      <w:pPr>
        <w:pStyle w:val="ListBullet"/>
        <w:numPr>
          <w:ilvl w:val="0"/>
          <w:numId w:val="20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Statements such as “this company will make millions” without evidence.</w:t>
      </w:r>
    </w:p>
    <w:p w14:paraId="5F59D0B0" w14:textId="77777777" w:rsidR="004E4DC8" w:rsidRPr="00132C04" w:rsidRDefault="00000000" w:rsidP="00F00A25">
      <w:pPr>
        <w:pStyle w:val="ListBullet"/>
        <w:numPr>
          <w:ilvl w:val="0"/>
          <w:numId w:val="20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Assuming the team will capture an unrealistic percentage of a large market.</w:t>
      </w:r>
    </w:p>
    <w:p w14:paraId="13A7E548" w14:textId="77777777" w:rsidR="004E4DC8" w:rsidRPr="00132C04" w:rsidRDefault="00000000" w:rsidP="00F00A25">
      <w:pPr>
        <w:pStyle w:val="ListBullet"/>
        <w:numPr>
          <w:ilvl w:val="0"/>
          <w:numId w:val="20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Using a global market number without explaining what portion is realistically relevant to the proposed venture.</w:t>
      </w:r>
    </w:p>
    <w:p w14:paraId="2B13A4F8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200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1398E82D" w14:textId="77777777">
        <w:trPr>
          <w:trHeight w:val="2520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BAC7F35" w14:textId="77777777" w:rsidR="006B3B40" w:rsidRDefault="00000000" w:rsidP="00F00A25">
            <w:pPr>
              <w:spacing w:after="0"/>
              <w:jc w:val="both"/>
            </w:pPr>
            <w:r>
              <w:rPr>
                <w:i/>
                <w:color w:val="C00000"/>
              </w:rPr>
              <w:t>You write your answer here</w:t>
            </w:r>
          </w:p>
        </w:tc>
      </w:tr>
    </w:tbl>
    <w:p w14:paraId="6C0FCA9B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t>6. Business Model</w:t>
      </w:r>
    </w:p>
    <w:p w14:paraId="34DC885B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150-200 words</w:t>
      </w:r>
    </w:p>
    <w:p w14:paraId="0B67E234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Explain how the venture will generate revenue or remain financially sustainable. A nonprofit or social venture should explain how its activities will be funded and maintained.</w:t>
      </w:r>
    </w:p>
    <w:p w14:paraId="2B5DA1E2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42182F65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proposed selling price, subscription price, service fee, licensing fee, membership fee, commission, sponsorship model, donation model, advertising model, or other revenue source.</w:t>
      </w:r>
    </w:p>
    <w:p w14:paraId="34DF1CCB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Estimated cost to produce or provide the product or service when known.</w:t>
      </w:r>
    </w:p>
    <w:p w14:paraId="6E606F2F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Who pays the business and how often payment occurs.</w:t>
      </w:r>
    </w:p>
    <w:p w14:paraId="04965D4E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Any recurring revenue opportunity.</w:t>
      </w:r>
    </w:p>
    <w:p w14:paraId="17863D4C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basic explanation of expected revenue, costs, and sustainability.</w:t>
      </w:r>
    </w:p>
    <w:p w14:paraId="13EA5CC9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Specific dollar amounts whenever reasonable.</w:t>
      </w:r>
    </w:p>
    <w:p w14:paraId="20F64C22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Clearly labeled estimates when the business has not yet generated actual sales.</w:t>
      </w:r>
    </w:p>
    <w:p w14:paraId="23D38846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051FA9B1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Only stating “we will sell the product” without giving a price or explaining the revenue model.</w:t>
      </w:r>
    </w:p>
    <w:p w14:paraId="2ABDB0FC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Presenting projected revenue as existing revenue.</w:t>
      </w:r>
    </w:p>
    <w:p w14:paraId="4A3B8A8A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Ignoring major costs such as manufacturing, software, shipping, labor, marketing, facilities, or customer support when these are relevant.</w:t>
      </w:r>
    </w:p>
    <w:p w14:paraId="693EA58D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lastRenderedPageBreak/>
        <w:t>Example of appropriate financial wording</w:t>
      </w:r>
    </w:p>
    <w:p w14:paraId="2361EEC3" w14:textId="77777777" w:rsidR="004E4DC8" w:rsidRPr="00132C04" w:rsidRDefault="00000000" w:rsidP="00F00A25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“The estimated manufacturing cost is $8 per unit and the proposed retail price is $24.99. These figures are preliminary estimates and will be refined after supplier quotations and prototype testing.”</w:t>
      </w:r>
    </w:p>
    <w:p w14:paraId="7F116ED3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200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4F6E9F49" w14:textId="77777777">
        <w:trPr>
          <w:trHeight w:val="2520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AD59980" w14:textId="77777777" w:rsidR="006B3B40" w:rsidRDefault="00000000" w:rsidP="00F00A25">
            <w:pPr>
              <w:spacing w:after="0"/>
              <w:jc w:val="both"/>
            </w:pPr>
            <w:r>
              <w:rPr>
                <w:i/>
                <w:color w:val="C00000"/>
              </w:rPr>
              <w:t>You write your answer here</w:t>
            </w:r>
          </w:p>
        </w:tc>
      </w:tr>
    </w:tbl>
    <w:p w14:paraId="61E1A0EA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t>7. Competition</w:t>
      </w:r>
    </w:p>
    <w:p w14:paraId="27E71257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100-150 words</w:t>
      </w:r>
    </w:p>
    <w:p w14:paraId="66B76B92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Show that the team understands the alternatives already available to the customer and explain why the proposed venture is meaningfully different.</w:t>
      </w:r>
    </w:p>
    <w:p w14:paraId="25A6A352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04D44E1E" w14:textId="77777777" w:rsidR="004E4DC8" w:rsidRPr="00132C04" w:rsidRDefault="00000000" w:rsidP="00F00A25">
      <w:pPr>
        <w:pStyle w:val="ListBullet"/>
        <w:numPr>
          <w:ilvl w:val="0"/>
          <w:numId w:val="21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At least 2-3 direct competitors, indirect competitors, substitute products, existing services, or current ways customers solve the problem.</w:t>
      </w:r>
    </w:p>
    <w:p w14:paraId="5FC599C2" w14:textId="77777777" w:rsidR="004E4DC8" w:rsidRPr="00132C04" w:rsidRDefault="00000000" w:rsidP="00F00A25">
      <w:pPr>
        <w:pStyle w:val="ListBullet"/>
        <w:numPr>
          <w:ilvl w:val="0"/>
          <w:numId w:val="21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What those alternatives do well.</w:t>
      </w:r>
    </w:p>
    <w:p w14:paraId="3AA87E8B" w14:textId="77777777" w:rsidR="004E4DC8" w:rsidRPr="00132C04" w:rsidRDefault="00000000" w:rsidP="00F00A25">
      <w:pPr>
        <w:pStyle w:val="ListBullet"/>
        <w:numPr>
          <w:ilvl w:val="0"/>
          <w:numId w:val="21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Important differences in price, functionality, convenience, access, customer experience, technology, speed, quality, sustainability, or another relevant factor.</w:t>
      </w:r>
    </w:p>
    <w:p w14:paraId="6D0B76E1" w14:textId="77777777" w:rsidR="004E4DC8" w:rsidRPr="00132C04" w:rsidRDefault="00000000" w:rsidP="00F00A25">
      <w:pPr>
        <w:pStyle w:val="ListBullet"/>
        <w:numPr>
          <w:ilvl w:val="0"/>
          <w:numId w:val="21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proposed venture’s competitive advantage or unique value proposition.</w:t>
      </w:r>
    </w:p>
    <w:p w14:paraId="6BDC9484" w14:textId="77777777" w:rsidR="004E4DC8" w:rsidRPr="00132C04" w:rsidRDefault="00000000" w:rsidP="00F00A25">
      <w:pPr>
        <w:pStyle w:val="ListBullet"/>
        <w:numPr>
          <w:ilvl w:val="0"/>
          <w:numId w:val="21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reason a customer might choose this solution instead of an existing alternative.</w:t>
      </w:r>
    </w:p>
    <w:p w14:paraId="083A72AF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454E5840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Saying “there are no competitors.” Even a new idea usually competes with an existing product, service, habit, process, or the decision to do nothing.</w:t>
      </w:r>
    </w:p>
    <w:p w14:paraId="699C5D53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Insulting competitors or making unsupported negative claims about them.</w:t>
      </w:r>
    </w:p>
    <w:p w14:paraId="2EB51D55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Claiming the idea is unique simply because the team has not found a similar product.</w:t>
      </w:r>
    </w:p>
    <w:p w14:paraId="75331A18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150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0D0A469F" w14:textId="77777777">
        <w:trPr>
          <w:trHeight w:val="2088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47D1137" w14:textId="77777777" w:rsidR="006B3B40" w:rsidRDefault="00000000" w:rsidP="00F00A25">
            <w:pPr>
              <w:spacing w:after="0"/>
              <w:jc w:val="both"/>
            </w:pPr>
            <w:r>
              <w:rPr>
                <w:i/>
                <w:color w:val="C00000"/>
              </w:rPr>
              <w:t>You write your answer here</w:t>
            </w:r>
          </w:p>
        </w:tc>
      </w:tr>
    </w:tbl>
    <w:p w14:paraId="5E43FADB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lastRenderedPageBreak/>
        <w:t>8. Leadership &amp; Team</w:t>
      </w:r>
    </w:p>
    <w:p w14:paraId="70FB8D21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150-200 words</w:t>
      </w:r>
    </w:p>
    <w:p w14:paraId="7D622891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Explain who is responsible for moving the venture forward and why the team has the ability, leadership structure, and complementary skills to execute the idea.</w:t>
      </w:r>
    </w:p>
    <w:p w14:paraId="39BB2D00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5CBA293F" w14:textId="77777777" w:rsidR="004E4DC8" w:rsidRPr="00132C04" w:rsidRDefault="00000000" w:rsidP="00F00A25">
      <w:pPr>
        <w:pStyle w:val="ListBullet"/>
        <w:numPr>
          <w:ilvl w:val="0"/>
          <w:numId w:val="2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team leader and the responsibilities of that role.</w:t>
      </w:r>
    </w:p>
    <w:p w14:paraId="6CCD4454" w14:textId="77777777" w:rsidR="004E4DC8" w:rsidRPr="00132C04" w:rsidRDefault="00000000" w:rsidP="00F00A25">
      <w:pPr>
        <w:pStyle w:val="ListBullet"/>
        <w:numPr>
          <w:ilvl w:val="0"/>
          <w:numId w:val="2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responsibility of each additional team member.</w:t>
      </w:r>
    </w:p>
    <w:p w14:paraId="19C340AE" w14:textId="77777777" w:rsidR="004E4DC8" w:rsidRPr="00132C04" w:rsidRDefault="00000000" w:rsidP="00F00A25">
      <w:pPr>
        <w:pStyle w:val="ListBullet"/>
        <w:numPr>
          <w:ilvl w:val="0"/>
          <w:numId w:val="2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Relevant skills, experience, accomplishments, technical abilities, business knowledge, communication skills, or community connections.</w:t>
      </w:r>
    </w:p>
    <w:p w14:paraId="729517EB" w14:textId="77777777" w:rsidR="004E4DC8" w:rsidRPr="00132C04" w:rsidRDefault="00000000" w:rsidP="00F00A25">
      <w:pPr>
        <w:pStyle w:val="ListBullet"/>
        <w:numPr>
          <w:ilvl w:val="0"/>
          <w:numId w:val="2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How responsibilities are divided across areas such as product development, finance, marketing, customer engagement, technology, operations, research, or partnerships.</w:t>
      </w:r>
    </w:p>
    <w:p w14:paraId="5CC381DD" w14:textId="77777777" w:rsidR="004E4DC8" w:rsidRPr="00132C04" w:rsidRDefault="00000000" w:rsidP="00F00A25">
      <w:pPr>
        <w:pStyle w:val="ListBullet"/>
        <w:numPr>
          <w:ilvl w:val="0"/>
          <w:numId w:val="2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How important decisions will be made.</w:t>
      </w:r>
    </w:p>
    <w:p w14:paraId="5359DFEA" w14:textId="77777777" w:rsidR="004E4DC8" w:rsidRPr="00132C04" w:rsidRDefault="00000000" w:rsidP="00F00A25">
      <w:pPr>
        <w:pStyle w:val="ListBullet"/>
        <w:numPr>
          <w:ilvl w:val="0"/>
          <w:numId w:val="2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How the team will address skill gaps by finding mentors, advisors, partners, or additional team members.</w:t>
      </w:r>
    </w:p>
    <w:p w14:paraId="39EFEBAD" w14:textId="77777777" w:rsidR="004E4DC8" w:rsidRPr="00132C04" w:rsidRDefault="00000000" w:rsidP="00F00A25">
      <w:pPr>
        <w:pStyle w:val="ListBullet"/>
        <w:numPr>
          <w:ilvl w:val="0"/>
          <w:numId w:val="22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Examples of leadership, initiative, collaboration, problem-solving, or execution when relevant.</w:t>
      </w:r>
    </w:p>
    <w:p w14:paraId="44311341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29BC826D" w14:textId="77777777" w:rsidR="004E4DC8" w:rsidRPr="00132C04" w:rsidRDefault="00000000" w:rsidP="00F00A25">
      <w:pPr>
        <w:pStyle w:val="ListBullet"/>
        <w:numPr>
          <w:ilvl w:val="0"/>
          <w:numId w:val="23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Long resumes for every team member.</w:t>
      </w:r>
    </w:p>
    <w:p w14:paraId="3FE452F5" w14:textId="77777777" w:rsidR="004E4DC8" w:rsidRPr="00132C04" w:rsidRDefault="00000000" w:rsidP="00F00A25">
      <w:pPr>
        <w:pStyle w:val="ListBullet"/>
        <w:numPr>
          <w:ilvl w:val="0"/>
          <w:numId w:val="23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Unrelated awards or activities that do not demonstrate the team’s ability to execute the venture.</w:t>
      </w:r>
    </w:p>
    <w:p w14:paraId="354F6628" w14:textId="77777777" w:rsidR="004E4DC8" w:rsidRPr="00132C04" w:rsidRDefault="00000000" w:rsidP="00F00A25">
      <w:pPr>
        <w:pStyle w:val="ListBullet"/>
        <w:numPr>
          <w:ilvl w:val="0"/>
          <w:numId w:val="23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Generic statements such as “everyone will help with everything” without defined responsibilities.</w:t>
      </w:r>
    </w:p>
    <w:p w14:paraId="420EEE9D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200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51BE1070" w14:textId="77777777">
        <w:trPr>
          <w:trHeight w:val="2520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1E4CDF5" w14:textId="77777777" w:rsidR="006B3B40" w:rsidRDefault="00000000" w:rsidP="00F00A25">
            <w:pPr>
              <w:spacing w:after="0"/>
              <w:jc w:val="both"/>
            </w:pPr>
            <w:r>
              <w:rPr>
                <w:i/>
                <w:color w:val="C00000"/>
              </w:rPr>
              <w:t>You write your answer here</w:t>
            </w:r>
          </w:p>
        </w:tc>
      </w:tr>
    </w:tbl>
    <w:p w14:paraId="038969C4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t>9. Growth Strategy</w:t>
      </w:r>
    </w:p>
    <w:p w14:paraId="49AB25D8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150-200 words</w:t>
      </w:r>
    </w:p>
    <w:p w14:paraId="45D7BEAA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Describe how the team would move from the current stage to launch, attract customers, prove demand, and expand the venture.</w:t>
      </w:r>
    </w:p>
    <w:p w14:paraId="00BA4884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057CB1BE" w14:textId="77777777" w:rsidR="004E4DC8" w:rsidRPr="00132C04" w:rsidRDefault="00000000" w:rsidP="00F00A25">
      <w:pPr>
        <w:pStyle w:val="ListBullet"/>
        <w:numPr>
          <w:ilvl w:val="0"/>
          <w:numId w:val="2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first launch market, location, school, customer group, community, or industry segment.</w:t>
      </w:r>
    </w:p>
    <w:p w14:paraId="1BBB8BEF" w14:textId="77777777" w:rsidR="004E4DC8" w:rsidRPr="00132C04" w:rsidRDefault="00000000" w:rsidP="00F00A25">
      <w:pPr>
        <w:pStyle w:val="ListBullet"/>
        <w:numPr>
          <w:ilvl w:val="0"/>
          <w:numId w:val="2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How the team will reach its first customers.</w:t>
      </w:r>
    </w:p>
    <w:p w14:paraId="04F420DC" w14:textId="77777777" w:rsidR="004E4DC8" w:rsidRPr="00132C04" w:rsidRDefault="00000000" w:rsidP="00F00A25">
      <w:pPr>
        <w:pStyle w:val="ListBullet"/>
        <w:numPr>
          <w:ilvl w:val="0"/>
          <w:numId w:val="2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lastRenderedPageBreak/>
        <w:t>Marketing and customer acquisition methods such as partnerships, direct outreach, school programs, social media, demonstrations, events, online sales, retailers, distributors, or professional networks.</w:t>
      </w:r>
    </w:p>
    <w:p w14:paraId="249D419F" w14:textId="77777777" w:rsidR="004E4DC8" w:rsidRPr="00132C04" w:rsidRDefault="00000000" w:rsidP="00F00A25">
      <w:pPr>
        <w:pStyle w:val="ListBullet"/>
        <w:numPr>
          <w:ilvl w:val="0"/>
          <w:numId w:val="2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How the team will test demand before spending heavily.</w:t>
      </w:r>
    </w:p>
    <w:p w14:paraId="3FEB3A9B" w14:textId="77777777" w:rsidR="004E4DC8" w:rsidRPr="00132C04" w:rsidRDefault="00000000" w:rsidP="00F00A25">
      <w:pPr>
        <w:pStyle w:val="ListBullet"/>
        <w:numPr>
          <w:ilvl w:val="0"/>
          <w:numId w:val="2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How the venture could expand after a successful initial launch.</w:t>
      </w:r>
    </w:p>
    <w:p w14:paraId="3E34133B" w14:textId="77777777" w:rsidR="004E4DC8" w:rsidRPr="00132C04" w:rsidRDefault="00000000" w:rsidP="00F00A25">
      <w:pPr>
        <w:pStyle w:val="ListBullet"/>
        <w:numPr>
          <w:ilvl w:val="0"/>
          <w:numId w:val="2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realistic 6-12 month timeline with milestones and dates.</w:t>
      </w:r>
    </w:p>
    <w:p w14:paraId="6ED2822B" w14:textId="77777777" w:rsidR="004E4DC8" w:rsidRPr="00132C04" w:rsidRDefault="00000000" w:rsidP="00F00A25">
      <w:pPr>
        <w:pStyle w:val="ListBullet"/>
        <w:numPr>
          <w:ilvl w:val="0"/>
          <w:numId w:val="24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Measurable growth goals when possible, such as customers acquired, units sold, pilots completed, schools reached, or partnerships established.</w:t>
      </w:r>
    </w:p>
    <w:p w14:paraId="1CD88D41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3AAFC42A" w14:textId="77777777" w:rsidR="004E4DC8" w:rsidRPr="00132C04" w:rsidRDefault="00000000" w:rsidP="00F00A25">
      <w:pPr>
        <w:pStyle w:val="ListBullet"/>
        <w:numPr>
          <w:ilvl w:val="0"/>
          <w:numId w:val="25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Statements such as “we will post on social media and become global.”</w:t>
      </w:r>
    </w:p>
    <w:p w14:paraId="04055907" w14:textId="77777777" w:rsidR="004E4DC8" w:rsidRPr="00132C04" w:rsidRDefault="00000000" w:rsidP="00F00A25">
      <w:pPr>
        <w:pStyle w:val="ListBullet"/>
        <w:numPr>
          <w:ilvl w:val="0"/>
          <w:numId w:val="25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An expansion plan that begins internationally before the team has explained how it will validate the first market.</w:t>
      </w:r>
    </w:p>
    <w:p w14:paraId="5C3505E2" w14:textId="77777777" w:rsidR="004E4DC8" w:rsidRPr="00132C04" w:rsidRDefault="00000000" w:rsidP="00F00A25">
      <w:pPr>
        <w:pStyle w:val="ListBullet"/>
        <w:numPr>
          <w:ilvl w:val="0"/>
          <w:numId w:val="25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Dates or milestones that are impossible to achieve with the available resources.</w:t>
      </w:r>
    </w:p>
    <w:p w14:paraId="792F8C9C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Example timeline</w:t>
      </w:r>
    </w:p>
    <w:p w14:paraId="303230E3" w14:textId="77777777" w:rsidR="004E4DC8" w:rsidRPr="00132C04" w:rsidRDefault="00000000" w:rsidP="00F00A25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January 2027: complete prototype. February-March 2027: test with 50 potential customers. April 2027: revise the product based on feedback. June 2027: launch a pilot. September 2027: evaluate performance and begin regional expansion if key targets are met.</w:t>
      </w:r>
    </w:p>
    <w:p w14:paraId="108A43D1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200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11EBB56D" w14:textId="77777777">
        <w:trPr>
          <w:trHeight w:val="2520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3586A1E" w14:textId="77777777" w:rsidR="006B3B40" w:rsidRDefault="00000000" w:rsidP="00F00A25">
            <w:pPr>
              <w:spacing w:after="0"/>
              <w:jc w:val="both"/>
            </w:pPr>
            <w:r>
              <w:rPr>
                <w:i/>
                <w:color w:val="C00000"/>
              </w:rPr>
              <w:t>You write your answer here</w:t>
            </w:r>
          </w:p>
        </w:tc>
      </w:tr>
    </w:tbl>
    <w:p w14:paraId="1A9BD6BD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t>10. Impact</w:t>
      </w:r>
    </w:p>
    <w:p w14:paraId="6789D6B7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100-150 words</w:t>
      </w:r>
    </w:p>
    <w:p w14:paraId="2DFF2451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Explain the value the venture could create beyond revenue. The strongest impact sections identify a specific benefit and explain how the team would measure it.</w:t>
      </w:r>
    </w:p>
    <w:p w14:paraId="3020F83D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7BE01A91" w14:textId="77777777" w:rsidR="004E4DC8" w:rsidRPr="00132C04" w:rsidRDefault="00000000" w:rsidP="00F00A25">
      <w:pPr>
        <w:pStyle w:val="ListBullet"/>
        <w:numPr>
          <w:ilvl w:val="0"/>
          <w:numId w:val="2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The primary type of impact: economic, social, environmental, educational, healthcare, technological, community, or another relevant area.</w:t>
      </w:r>
    </w:p>
    <w:p w14:paraId="5F6827C8" w14:textId="77777777" w:rsidR="004E4DC8" w:rsidRPr="00132C04" w:rsidRDefault="00000000" w:rsidP="00F00A25">
      <w:pPr>
        <w:pStyle w:val="ListBullet"/>
        <w:numPr>
          <w:ilvl w:val="0"/>
          <w:numId w:val="2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Who benefits from the venture.</w:t>
      </w:r>
    </w:p>
    <w:p w14:paraId="39CB0E48" w14:textId="77777777" w:rsidR="004E4DC8" w:rsidRPr="00132C04" w:rsidRDefault="00000000" w:rsidP="00F00A25">
      <w:pPr>
        <w:pStyle w:val="ListBullet"/>
        <w:numPr>
          <w:ilvl w:val="0"/>
          <w:numId w:val="2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How the proposed solution improves the current situation.</w:t>
      </w:r>
    </w:p>
    <w:p w14:paraId="3DEFA5D7" w14:textId="77777777" w:rsidR="004E4DC8" w:rsidRPr="00132C04" w:rsidRDefault="00000000" w:rsidP="00F00A25">
      <w:pPr>
        <w:pStyle w:val="ListBullet"/>
        <w:numPr>
          <w:ilvl w:val="0"/>
          <w:numId w:val="2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Measurable outcomes such as dollars saved, time saved, students reached, patients supported, waste reduced, emissions avoided, jobs created, businesses served, or access improved.</w:t>
      </w:r>
    </w:p>
    <w:p w14:paraId="2DBA0019" w14:textId="77777777" w:rsidR="004E4DC8" w:rsidRPr="00132C04" w:rsidRDefault="00000000" w:rsidP="00F00A25">
      <w:pPr>
        <w:pStyle w:val="ListBullet"/>
        <w:numPr>
          <w:ilvl w:val="0"/>
          <w:numId w:val="2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Short-term and longer-term impact when appropriate.</w:t>
      </w:r>
    </w:p>
    <w:p w14:paraId="53A29480" w14:textId="77777777" w:rsidR="004E4DC8" w:rsidRPr="00132C04" w:rsidRDefault="00000000" w:rsidP="00F00A25">
      <w:pPr>
        <w:pStyle w:val="ListBullet"/>
        <w:numPr>
          <w:ilvl w:val="0"/>
          <w:numId w:val="26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lastRenderedPageBreak/>
        <w:t>How the team will measure whether the impact is actually occurring.</w:t>
      </w:r>
    </w:p>
    <w:p w14:paraId="1F27CF0A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553E729F" w14:textId="77777777" w:rsidR="004E4DC8" w:rsidRPr="00132C04" w:rsidRDefault="00000000" w:rsidP="00F00A25">
      <w:pPr>
        <w:pStyle w:val="ListBullet"/>
        <w:numPr>
          <w:ilvl w:val="0"/>
          <w:numId w:val="27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Statements such as “this will change the world” without explaining the mechanism or measurable outcome.</w:t>
      </w:r>
    </w:p>
    <w:p w14:paraId="57C01C3F" w14:textId="77777777" w:rsidR="004E4DC8" w:rsidRPr="00132C04" w:rsidRDefault="00000000" w:rsidP="00F00A25">
      <w:pPr>
        <w:pStyle w:val="ListBullet"/>
        <w:numPr>
          <w:ilvl w:val="0"/>
          <w:numId w:val="27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Impact claims that are unrelated to the actual product or business model.</w:t>
      </w:r>
    </w:p>
    <w:p w14:paraId="0008789A" w14:textId="77777777" w:rsidR="004E4DC8" w:rsidRPr="00132C04" w:rsidRDefault="00000000" w:rsidP="00F00A25">
      <w:pPr>
        <w:pStyle w:val="ListBullet"/>
        <w:numPr>
          <w:ilvl w:val="0"/>
          <w:numId w:val="27"/>
        </w:num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Guaranteeing medical, environmental, financial, or social outcomes that have not been demonstrated.</w:t>
      </w:r>
    </w:p>
    <w:p w14:paraId="60076C02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150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58DABFF0" w14:textId="77777777">
        <w:trPr>
          <w:trHeight w:val="2088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7C76E2F" w14:textId="77777777" w:rsidR="006B3B40" w:rsidRDefault="00000000" w:rsidP="00F00A25">
            <w:pPr>
              <w:spacing w:after="0"/>
              <w:jc w:val="both"/>
            </w:pPr>
            <w:r>
              <w:rPr>
                <w:i/>
                <w:color w:val="C00000"/>
              </w:rPr>
              <w:t>You write your answer here</w:t>
            </w:r>
          </w:p>
        </w:tc>
      </w:tr>
    </w:tbl>
    <w:p w14:paraId="5B02433C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t>11. The Ask</w:t>
      </w:r>
    </w:p>
    <w:p w14:paraId="00DA47F7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Recommended length: 100-150 words</w:t>
      </w:r>
    </w:p>
    <w:p w14:paraId="5107892C" w14:textId="77777777" w:rsidR="004E4DC8" w:rsidRPr="00132C04" w:rsidRDefault="00000000" w:rsidP="00F00A2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Finish the proposal with a specific request for what the team needs next. The ask should be connected directly to the next stage of development.</w:t>
      </w:r>
    </w:p>
    <w:p w14:paraId="292650E7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to include</w:t>
      </w:r>
    </w:p>
    <w:p w14:paraId="3DFA6CC9" w14:textId="77777777" w:rsidR="004E4DC8" w:rsidRPr="004621E0" w:rsidRDefault="00000000" w:rsidP="00F00A25">
      <w:pPr>
        <w:pStyle w:val="ListBullet"/>
        <w:jc w:val="both"/>
        <w:rPr>
          <w:rFonts w:ascii="Times New Roman" w:hAnsi="Times New Roman" w:cs="Times New Roman"/>
          <w:sz w:val="24"/>
          <w:szCs w:val="24"/>
        </w:rPr>
      </w:pPr>
      <w:r w:rsidRPr="004621E0">
        <w:rPr>
          <w:rFonts w:ascii="Times New Roman" w:hAnsi="Times New Roman" w:cs="Times New Roman"/>
          <w:sz w:val="24"/>
          <w:szCs w:val="24"/>
        </w:rPr>
        <w:t>The exact type of support needed: funding, mentorship, professional expertise, manufacturing support, laboratory access, technology, customers, pilot sites, distribution, marketing assistance, intellectual-property guidance, partnerships, or another resource.</w:t>
      </w:r>
    </w:p>
    <w:p w14:paraId="4B2C1DB5" w14:textId="77777777" w:rsidR="004E4DC8" w:rsidRPr="004621E0" w:rsidRDefault="00000000" w:rsidP="00F00A25">
      <w:pPr>
        <w:pStyle w:val="ListBullet"/>
        <w:jc w:val="both"/>
        <w:rPr>
          <w:rFonts w:ascii="Times New Roman" w:hAnsi="Times New Roman" w:cs="Times New Roman"/>
          <w:sz w:val="24"/>
          <w:szCs w:val="24"/>
        </w:rPr>
      </w:pPr>
      <w:r w:rsidRPr="004621E0">
        <w:rPr>
          <w:rFonts w:ascii="Times New Roman" w:hAnsi="Times New Roman" w:cs="Times New Roman"/>
          <w:sz w:val="24"/>
          <w:szCs w:val="24"/>
        </w:rPr>
        <w:t>A specific dollar amount when funding is being requested.</w:t>
      </w:r>
    </w:p>
    <w:p w14:paraId="767C758D" w14:textId="77777777" w:rsidR="004E4DC8" w:rsidRPr="004621E0" w:rsidRDefault="00000000" w:rsidP="00F00A25">
      <w:pPr>
        <w:pStyle w:val="ListBullet"/>
        <w:jc w:val="both"/>
        <w:rPr>
          <w:rFonts w:ascii="Times New Roman" w:hAnsi="Times New Roman" w:cs="Times New Roman"/>
          <w:sz w:val="24"/>
          <w:szCs w:val="24"/>
        </w:rPr>
      </w:pPr>
      <w:r w:rsidRPr="004621E0">
        <w:rPr>
          <w:rFonts w:ascii="Times New Roman" w:hAnsi="Times New Roman" w:cs="Times New Roman"/>
          <w:sz w:val="24"/>
          <w:szCs w:val="24"/>
        </w:rPr>
        <w:t>A simple breakdown showing how requested funding would be used.</w:t>
      </w:r>
    </w:p>
    <w:p w14:paraId="1FB6A965" w14:textId="77777777" w:rsidR="004E4DC8" w:rsidRPr="004621E0" w:rsidRDefault="00000000" w:rsidP="00F00A25">
      <w:pPr>
        <w:pStyle w:val="ListBullet"/>
        <w:jc w:val="both"/>
        <w:rPr>
          <w:rFonts w:ascii="Times New Roman" w:hAnsi="Times New Roman" w:cs="Times New Roman"/>
          <w:sz w:val="24"/>
          <w:szCs w:val="24"/>
        </w:rPr>
      </w:pPr>
      <w:r w:rsidRPr="004621E0">
        <w:rPr>
          <w:rFonts w:ascii="Times New Roman" w:hAnsi="Times New Roman" w:cs="Times New Roman"/>
          <w:sz w:val="24"/>
          <w:szCs w:val="24"/>
        </w:rPr>
        <w:t>The milestone the requested support would allow the team to reach.</w:t>
      </w:r>
    </w:p>
    <w:p w14:paraId="3D8D553E" w14:textId="77777777" w:rsidR="004E4DC8" w:rsidRPr="004621E0" w:rsidRDefault="00000000" w:rsidP="00F00A25">
      <w:pPr>
        <w:pStyle w:val="ListBullet"/>
        <w:jc w:val="both"/>
        <w:rPr>
          <w:rFonts w:ascii="Times New Roman" w:hAnsi="Times New Roman" w:cs="Times New Roman"/>
          <w:sz w:val="24"/>
          <w:szCs w:val="24"/>
        </w:rPr>
      </w:pPr>
      <w:r w:rsidRPr="004621E0">
        <w:rPr>
          <w:rFonts w:ascii="Times New Roman" w:hAnsi="Times New Roman" w:cs="Times New Roman"/>
          <w:sz w:val="24"/>
          <w:szCs w:val="24"/>
        </w:rPr>
        <w:t>The expected time period for using the requested resources.</w:t>
      </w:r>
    </w:p>
    <w:p w14:paraId="720C0549" w14:textId="77777777" w:rsidR="004E4DC8" w:rsidRPr="004621E0" w:rsidRDefault="00000000" w:rsidP="00F00A25">
      <w:pPr>
        <w:pStyle w:val="ListBullet"/>
        <w:jc w:val="both"/>
        <w:rPr>
          <w:rFonts w:ascii="Times New Roman" w:hAnsi="Times New Roman" w:cs="Times New Roman"/>
          <w:sz w:val="24"/>
          <w:szCs w:val="24"/>
        </w:rPr>
      </w:pPr>
      <w:r w:rsidRPr="004621E0">
        <w:rPr>
          <w:rFonts w:ascii="Times New Roman" w:hAnsi="Times New Roman" w:cs="Times New Roman"/>
          <w:sz w:val="24"/>
          <w:szCs w:val="24"/>
        </w:rPr>
        <w:t>Any nonfinancial request, such as introductions to pilot customers or access to a specialized mentor.</w:t>
      </w:r>
    </w:p>
    <w:p w14:paraId="5233B296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What not to include</w:t>
      </w:r>
    </w:p>
    <w:p w14:paraId="24570214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Simply writing “we need funding.”</w:t>
      </w:r>
    </w:p>
    <w:p w14:paraId="38F78E16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Requesting a large amount of money without explaining how it was calculated.</w:t>
      </w:r>
    </w:p>
    <w:p w14:paraId="0C12AD26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Using requested funds for items unrelated to the proposed venture.</w:t>
      </w:r>
    </w:p>
    <w:p w14:paraId="43894566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Ending without identifying the next concrete step for the team.</w:t>
      </w:r>
    </w:p>
    <w:p w14:paraId="0438358C" w14:textId="77777777" w:rsidR="006B3B40" w:rsidRDefault="00000000" w:rsidP="00F00A25">
      <w:pPr>
        <w:spacing w:before="160" w:after="80"/>
        <w:jc w:val="both"/>
      </w:pPr>
      <w:r>
        <w:rPr>
          <w:b/>
          <w:color w:val="1F4E79"/>
        </w:rPr>
        <w:t>Student Response — Maximum 150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16"/>
      </w:tblGrid>
      <w:tr w:rsidR="006B3B40" w14:paraId="4F2D7645" w14:textId="77777777">
        <w:trPr>
          <w:trHeight w:val="2088"/>
        </w:trPr>
        <w:tc>
          <w:tcPr>
            <w:tcW w:w="9216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B6AE704" w14:textId="77777777" w:rsidR="006B3B40" w:rsidRDefault="00000000" w:rsidP="00F00A25">
            <w:pPr>
              <w:spacing w:after="0"/>
              <w:jc w:val="both"/>
            </w:pPr>
            <w:r>
              <w:rPr>
                <w:i/>
                <w:color w:val="C00000"/>
              </w:rPr>
              <w:lastRenderedPageBreak/>
              <w:t>You write your answer here</w:t>
            </w:r>
          </w:p>
        </w:tc>
      </w:tr>
    </w:tbl>
    <w:p w14:paraId="1E1F0B9C" w14:textId="77777777" w:rsidR="004E4DC8" w:rsidRPr="00132C04" w:rsidRDefault="00000000" w:rsidP="00F00A25">
      <w:pPr>
        <w:spacing w:before="80" w:after="6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>Example of a strong funding ask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1003"/>
        <w:gridCol w:w="5824"/>
      </w:tblGrid>
      <w:tr w:rsidR="004621E0" w:rsidRPr="004621E0" w14:paraId="2409CDDF" w14:textId="77777777" w:rsidTr="004621E0">
        <w:tc>
          <w:tcPr>
            <w:tcW w:w="0" w:type="auto"/>
            <w:hideMark/>
          </w:tcPr>
          <w:p w14:paraId="280D31A5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Funding Category</w:t>
            </w:r>
          </w:p>
        </w:tc>
        <w:tc>
          <w:tcPr>
            <w:tcW w:w="0" w:type="auto"/>
            <w:hideMark/>
          </w:tcPr>
          <w:p w14:paraId="1D3655D8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Amount</w:t>
            </w:r>
          </w:p>
        </w:tc>
        <w:tc>
          <w:tcPr>
            <w:tcW w:w="0" w:type="auto"/>
            <w:hideMark/>
          </w:tcPr>
          <w:p w14:paraId="4887FD36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Purpose</w:t>
            </w:r>
          </w:p>
        </w:tc>
      </w:tr>
      <w:tr w:rsidR="004621E0" w:rsidRPr="004621E0" w14:paraId="2AD7653A" w14:textId="77777777" w:rsidTr="004621E0">
        <w:tc>
          <w:tcPr>
            <w:tcW w:w="0" w:type="auto"/>
            <w:hideMark/>
          </w:tcPr>
          <w:p w14:paraId="272BA1E8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Prototype Development</w:t>
            </w:r>
          </w:p>
        </w:tc>
        <w:tc>
          <w:tcPr>
            <w:tcW w:w="0" w:type="auto"/>
            <w:hideMark/>
          </w:tcPr>
          <w:p w14:paraId="4FEEF61B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$5,000</w:t>
            </w:r>
          </w:p>
        </w:tc>
        <w:tc>
          <w:tcPr>
            <w:tcW w:w="0" w:type="auto"/>
            <w:hideMark/>
          </w:tcPr>
          <w:p w14:paraId="1D6445D3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Develop and refine the initial product prototype</w:t>
            </w:r>
          </w:p>
        </w:tc>
      </w:tr>
      <w:tr w:rsidR="004621E0" w:rsidRPr="004621E0" w14:paraId="094611FA" w14:textId="77777777" w:rsidTr="004621E0">
        <w:tc>
          <w:tcPr>
            <w:tcW w:w="0" w:type="auto"/>
            <w:hideMark/>
          </w:tcPr>
          <w:p w14:paraId="2453370A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Initial Manufacturing</w:t>
            </w:r>
          </w:p>
        </w:tc>
        <w:tc>
          <w:tcPr>
            <w:tcW w:w="0" w:type="auto"/>
            <w:hideMark/>
          </w:tcPr>
          <w:p w14:paraId="277353B9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$4,000</w:t>
            </w:r>
          </w:p>
        </w:tc>
        <w:tc>
          <w:tcPr>
            <w:tcW w:w="0" w:type="auto"/>
            <w:hideMark/>
          </w:tcPr>
          <w:p w14:paraId="0E5FB8ED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Produce the first batch of products</w:t>
            </w:r>
          </w:p>
        </w:tc>
      </w:tr>
      <w:tr w:rsidR="004621E0" w:rsidRPr="004621E0" w14:paraId="3AC61685" w14:textId="77777777" w:rsidTr="004621E0">
        <w:tc>
          <w:tcPr>
            <w:tcW w:w="0" w:type="auto"/>
            <w:hideMark/>
          </w:tcPr>
          <w:p w14:paraId="602C47EF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Customer Testing &amp; Marketing</w:t>
            </w:r>
          </w:p>
        </w:tc>
        <w:tc>
          <w:tcPr>
            <w:tcW w:w="0" w:type="auto"/>
            <w:hideMark/>
          </w:tcPr>
          <w:p w14:paraId="1DD08ACC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$3,000</w:t>
            </w:r>
          </w:p>
        </w:tc>
        <w:tc>
          <w:tcPr>
            <w:tcW w:w="0" w:type="auto"/>
            <w:hideMark/>
          </w:tcPr>
          <w:p w14:paraId="646967F5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Test customer demand, collect feedback, and promote the product</w:t>
            </w:r>
          </w:p>
        </w:tc>
      </w:tr>
      <w:tr w:rsidR="004621E0" w:rsidRPr="004621E0" w14:paraId="22F65168" w14:textId="77777777" w:rsidTr="004621E0">
        <w:tc>
          <w:tcPr>
            <w:tcW w:w="0" w:type="auto"/>
            <w:hideMark/>
          </w:tcPr>
          <w:p w14:paraId="5C5AB119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Technology &amp; Operating Expenses</w:t>
            </w:r>
          </w:p>
        </w:tc>
        <w:tc>
          <w:tcPr>
            <w:tcW w:w="0" w:type="auto"/>
            <w:hideMark/>
          </w:tcPr>
          <w:p w14:paraId="1E49028C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$3,000</w:t>
            </w:r>
          </w:p>
        </w:tc>
        <w:tc>
          <w:tcPr>
            <w:tcW w:w="0" w:type="auto"/>
            <w:hideMark/>
          </w:tcPr>
          <w:p w14:paraId="71F36F00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Cover technology, software, and early operational costs</w:t>
            </w:r>
          </w:p>
        </w:tc>
      </w:tr>
      <w:tr w:rsidR="004621E0" w:rsidRPr="004621E0" w14:paraId="0BA04780" w14:textId="77777777" w:rsidTr="004621E0">
        <w:tc>
          <w:tcPr>
            <w:tcW w:w="0" w:type="auto"/>
            <w:hideMark/>
          </w:tcPr>
          <w:p w14:paraId="5E9DC6BD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Total Startup Funding</w:t>
            </w:r>
          </w:p>
        </w:tc>
        <w:tc>
          <w:tcPr>
            <w:tcW w:w="0" w:type="auto"/>
            <w:hideMark/>
          </w:tcPr>
          <w:p w14:paraId="65DE3732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$15,000</w:t>
            </w:r>
          </w:p>
        </w:tc>
        <w:tc>
          <w:tcPr>
            <w:tcW w:w="0" w:type="auto"/>
            <w:hideMark/>
          </w:tcPr>
          <w:p w14:paraId="18F860A5" w14:textId="77777777" w:rsidR="004621E0" w:rsidRPr="004621E0" w:rsidRDefault="004621E0" w:rsidP="00F00A25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621E0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Support a six-month pilot and prepare for a broader launch</w:t>
            </w:r>
          </w:p>
        </w:tc>
      </w:tr>
    </w:tbl>
    <w:p w14:paraId="1EE3BDC3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t>Date and Timeline Requirements</w:t>
      </w:r>
    </w:p>
    <w:p w14:paraId="21F3A786" w14:textId="77777777" w:rsidR="004E4DC8" w:rsidRPr="00132C04" w:rsidRDefault="00000000" w:rsidP="00F00A25">
      <w:pPr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Dates should be included whenever they help demonstrate that the plan is realistic and actionable. The proposal should normally include a 6-12 month implementation timeline if the venture has not yet launched.</w:t>
      </w:r>
    </w:p>
    <w:p w14:paraId="1B6E96AD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Use specific months and years for important milestones whenever possible.</w:t>
      </w:r>
    </w:p>
    <w:p w14:paraId="7C9719E6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Include prototype, testing, pilot, launch, fundraising, partnership, and expansion dates when these stages apply.</w:t>
      </w:r>
    </w:p>
    <w:p w14:paraId="4BC98F74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If a milestone depends on funding, regulatory approval, manufacturing, school approval, or another outside factor, identify that dependency.</w:t>
      </w:r>
    </w:p>
    <w:p w14:paraId="0E913B92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Do not include invented historical dates or imply that a future event has already occurred.</w:t>
      </w:r>
    </w:p>
    <w:p w14:paraId="74A70F20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t>Evidence and Sources</w:t>
      </w:r>
    </w:p>
    <w:p w14:paraId="47FC3C94" w14:textId="77777777" w:rsidR="004E4DC8" w:rsidRPr="00132C04" w:rsidRDefault="00000000" w:rsidP="00F00A25">
      <w:pPr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Important claims should be supported by credible evidence. Students do not need to cite every sentence, but major statistics and market claims should identify the source and year.</w:t>
      </w:r>
    </w:p>
    <w:p w14:paraId="32ACE0A5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Preferred sources include government agencies, universities, peer-reviewed publications, established research organizations, recognized industry reports, and reputable business sources.</w:t>
      </w:r>
    </w:p>
    <w:p w14:paraId="2D32DC7B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For market-size or industry-growth numbers, include both the source and the year of the estimate.</w:t>
      </w:r>
    </w:p>
    <w:p w14:paraId="1341198D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For surveys or interviews conducted by the student team, explain approximately how many people participated and when the information was collected.</w:t>
      </w:r>
    </w:p>
    <w:p w14:paraId="437DF8E9" w14:textId="77777777" w:rsidR="004E4DC8" w:rsidRPr="00132C04" w:rsidRDefault="00000000" w:rsidP="00F00A25">
      <w:pPr>
        <w:pStyle w:val="ListBullet"/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sz w:val="24"/>
          <w:szCs w:val="24"/>
        </w:rPr>
        <w:t>A short reference list may be included at the end of the proposal and should not count toward the main word limit unless competition rules say otherwise.</w:t>
      </w:r>
    </w:p>
    <w:p w14:paraId="52C2CF72" w14:textId="77777777" w:rsidR="004E4DC8" w:rsidRPr="00132C04" w:rsidRDefault="00000000" w:rsidP="00F00A25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32C04">
        <w:rPr>
          <w:rFonts w:ascii="Times New Roman" w:hAnsi="Times New Roman" w:cs="Times New Roman"/>
          <w:color w:val="auto"/>
          <w:sz w:val="24"/>
          <w:szCs w:val="24"/>
        </w:rPr>
        <w:lastRenderedPageBreak/>
        <w:t>Final Submission Checklist</w:t>
      </w:r>
    </w:p>
    <w:p w14:paraId="169D2939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The business or venture has a clear name and one-sentence description.</w:t>
      </w:r>
    </w:p>
    <w:p w14:paraId="26433D42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The problem is clearly defined and supported by evidence.</w:t>
      </w:r>
    </w:p>
    <w:p w14:paraId="7C91E6BD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The primary customer or user is specific.</w:t>
      </w:r>
    </w:p>
    <w:p w14:paraId="044DD1BB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The solution is understandable to a general business judge.</w:t>
      </w:r>
    </w:p>
    <w:p w14:paraId="3873AA28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The market or business opportunity is explained with realistic evidence.</w:t>
      </w:r>
    </w:p>
    <w:p w14:paraId="4853955A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The business model explains how the venture will earn revenue or remain sustainable.</w:t>
      </w:r>
    </w:p>
    <w:p w14:paraId="499568D9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Prices, costs, funding requests, and other financial figures are specific when relevant.</w:t>
      </w:r>
    </w:p>
    <w:p w14:paraId="03E42DCB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At least 2-3 competitors or alternatives are discussed.</w:t>
      </w:r>
    </w:p>
    <w:p w14:paraId="63BD79DE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The growth strategy includes realistic milestones and dates.</w:t>
      </w:r>
    </w:p>
    <w:p w14:paraId="76F93188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The impact is specific and measurable.</w:t>
      </w:r>
    </w:p>
    <w:p w14:paraId="50EE2039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The final ask states exactly what the team needs next.</w:t>
      </w:r>
    </w:p>
    <w:p w14:paraId="5A57013F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Important statistics include a credible source and year.</w:t>
      </w:r>
    </w:p>
    <w:p w14:paraId="56D7C638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>Estimated or projected figures are clearly identified as estimates or projections.</w:t>
      </w:r>
    </w:p>
    <w:p w14:paraId="2EDC479C" w14:textId="77777777" w:rsidR="004E4DC8" w:rsidRPr="00132C04" w:rsidRDefault="00000000" w:rsidP="00F00A25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Segoe UI Symbol" w:hAnsi="Segoe UI Symbol" w:cs="Segoe UI Symbol"/>
          <w:b/>
          <w:sz w:val="24"/>
          <w:szCs w:val="24"/>
        </w:rPr>
        <w:t>☐</w:t>
      </w:r>
      <w:r w:rsidRPr="00132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2C04">
        <w:rPr>
          <w:rFonts w:ascii="Times New Roman" w:hAnsi="Times New Roman" w:cs="Times New Roman"/>
          <w:sz w:val="24"/>
          <w:szCs w:val="24"/>
        </w:rPr>
        <w:t xml:space="preserve">The proposal is </w:t>
      </w:r>
      <w:r w:rsidR="005E6FCA">
        <w:rPr>
          <w:rFonts w:ascii="Times New Roman" w:hAnsi="Times New Roman" w:cs="Times New Roman"/>
          <w:sz w:val="24"/>
          <w:szCs w:val="24"/>
        </w:rPr>
        <w:t xml:space="preserve">less than </w:t>
      </w:r>
      <w:r w:rsidRPr="00132C04">
        <w:rPr>
          <w:rFonts w:ascii="Times New Roman" w:hAnsi="Times New Roman" w:cs="Times New Roman"/>
          <w:sz w:val="24"/>
          <w:szCs w:val="24"/>
        </w:rPr>
        <w:t>2,000 words, excluding references and supporting materials unless otherwise specified.</w:t>
      </w:r>
    </w:p>
    <w:p w14:paraId="53B3E969" w14:textId="77777777" w:rsidR="004E4DC8" w:rsidRPr="00132C04" w:rsidRDefault="00000000" w:rsidP="00F00A25">
      <w:pPr>
        <w:shd w:val="clear" w:color="auto" w:fill="EAF2F8"/>
        <w:spacing w:before="200" w:after="80"/>
        <w:jc w:val="both"/>
        <w:rPr>
          <w:rFonts w:ascii="Times New Roman" w:hAnsi="Times New Roman" w:cs="Times New Roman"/>
          <w:sz w:val="24"/>
          <w:szCs w:val="24"/>
        </w:rPr>
      </w:pPr>
      <w:r w:rsidRPr="00132C04">
        <w:rPr>
          <w:rFonts w:ascii="Times New Roman" w:hAnsi="Times New Roman" w:cs="Times New Roman"/>
          <w:b/>
          <w:sz w:val="24"/>
          <w:szCs w:val="24"/>
        </w:rPr>
        <w:t xml:space="preserve">What judges should be able to answer after reading the proposal: </w:t>
      </w:r>
      <w:r w:rsidRPr="00132C04">
        <w:rPr>
          <w:rFonts w:ascii="Times New Roman" w:hAnsi="Times New Roman" w:cs="Times New Roman"/>
          <w:sz w:val="24"/>
          <w:szCs w:val="24"/>
        </w:rPr>
        <w:t>Is there a real problem? Is there a clearly identified customer? Does the solution create meaningful value? Can the venture become financially sustainable? Does the team understand its competition? Is there a capable leadership structure? Is the growth plan realistic? Is the impact measurable? Is the next request specific and justified?</w:t>
      </w:r>
    </w:p>
    <w:sectPr w:rsidR="004E4DC8" w:rsidRPr="00132C04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2619A" w14:textId="77777777" w:rsidR="002F7CDE" w:rsidRDefault="002F7CDE">
      <w:pPr>
        <w:spacing w:after="0" w:line="240" w:lineRule="auto"/>
      </w:pPr>
      <w:r>
        <w:separator/>
      </w:r>
    </w:p>
  </w:endnote>
  <w:endnote w:type="continuationSeparator" w:id="0">
    <w:p w14:paraId="6D9452E0" w14:textId="77777777" w:rsidR="002F7CDE" w:rsidRDefault="002F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4E524" w14:textId="77777777" w:rsidR="002F7CDE" w:rsidRDefault="002F7CDE">
      <w:pPr>
        <w:spacing w:after="0" w:line="240" w:lineRule="auto"/>
      </w:pPr>
      <w:r>
        <w:separator/>
      </w:r>
    </w:p>
  </w:footnote>
  <w:footnote w:type="continuationSeparator" w:id="0">
    <w:p w14:paraId="3D899A1F" w14:textId="77777777" w:rsidR="002F7CDE" w:rsidRDefault="002F7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2609B0"/>
    <w:multiLevelType w:val="hybridMultilevel"/>
    <w:tmpl w:val="AF667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7A6AE5"/>
    <w:multiLevelType w:val="hybridMultilevel"/>
    <w:tmpl w:val="64240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B4410B"/>
    <w:multiLevelType w:val="hybridMultilevel"/>
    <w:tmpl w:val="245E6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5E4ECA"/>
    <w:multiLevelType w:val="hybridMultilevel"/>
    <w:tmpl w:val="9F6EE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77FB8"/>
    <w:multiLevelType w:val="hybridMultilevel"/>
    <w:tmpl w:val="2A126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172CE"/>
    <w:multiLevelType w:val="hybridMultilevel"/>
    <w:tmpl w:val="1966D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25293E"/>
    <w:multiLevelType w:val="hybridMultilevel"/>
    <w:tmpl w:val="DC3C7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0A5F4F"/>
    <w:multiLevelType w:val="hybridMultilevel"/>
    <w:tmpl w:val="2E9C6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81B50"/>
    <w:multiLevelType w:val="hybridMultilevel"/>
    <w:tmpl w:val="E2987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1449C"/>
    <w:multiLevelType w:val="hybridMultilevel"/>
    <w:tmpl w:val="9420F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A43B2"/>
    <w:multiLevelType w:val="hybridMultilevel"/>
    <w:tmpl w:val="A940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B7679"/>
    <w:multiLevelType w:val="hybridMultilevel"/>
    <w:tmpl w:val="AF025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66868"/>
    <w:multiLevelType w:val="hybridMultilevel"/>
    <w:tmpl w:val="4B44E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E5797"/>
    <w:multiLevelType w:val="hybridMultilevel"/>
    <w:tmpl w:val="148A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2E56BC"/>
    <w:multiLevelType w:val="hybridMultilevel"/>
    <w:tmpl w:val="49387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3B5D51"/>
    <w:multiLevelType w:val="hybridMultilevel"/>
    <w:tmpl w:val="669A9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466830"/>
    <w:multiLevelType w:val="hybridMultilevel"/>
    <w:tmpl w:val="A5C27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6D48AE"/>
    <w:multiLevelType w:val="hybridMultilevel"/>
    <w:tmpl w:val="21CAA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250465">
    <w:abstractNumId w:val="8"/>
  </w:num>
  <w:num w:numId="2" w16cid:durableId="1675764657">
    <w:abstractNumId w:val="6"/>
  </w:num>
  <w:num w:numId="3" w16cid:durableId="1457025523">
    <w:abstractNumId w:val="5"/>
  </w:num>
  <w:num w:numId="4" w16cid:durableId="434326030">
    <w:abstractNumId w:val="4"/>
  </w:num>
  <w:num w:numId="5" w16cid:durableId="150760725">
    <w:abstractNumId w:val="7"/>
  </w:num>
  <w:num w:numId="6" w16cid:durableId="91246233">
    <w:abstractNumId w:val="3"/>
  </w:num>
  <w:num w:numId="7" w16cid:durableId="1817529966">
    <w:abstractNumId w:val="2"/>
  </w:num>
  <w:num w:numId="8" w16cid:durableId="365525731">
    <w:abstractNumId w:val="1"/>
  </w:num>
  <w:num w:numId="9" w16cid:durableId="1212812272">
    <w:abstractNumId w:val="0"/>
  </w:num>
  <w:num w:numId="10" w16cid:durableId="1256015043">
    <w:abstractNumId w:val="18"/>
  </w:num>
  <w:num w:numId="11" w16cid:durableId="22098384">
    <w:abstractNumId w:val="20"/>
  </w:num>
  <w:num w:numId="12" w16cid:durableId="1362828321">
    <w:abstractNumId w:val="22"/>
  </w:num>
  <w:num w:numId="13" w16cid:durableId="2140950069">
    <w:abstractNumId w:val="10"/>
  </w:num>
  <w:num w:numId="14" w16cid:durableId="2147310471">
    <w:abstractNumId w:val="13"/>
  </w:num>
  <w:num w:numId="15" w16cid:durableId="1043821062">
    <w:abstractNumId w:val="16"/>
  </w:num>
  <w:num w:numId="16" w16cid:durableId="1813254680">
    <w:abstractNumId w:val="23"/>
  </w:num>
  <w:num w:numId="17" w16cid:durableId="1796557410">
    <w:abstractNumId w:val="24"/>
  </w:num>
  <w:num w:numId="18" w16cid:durableId="1562059814">
    <w:abstractNumId w:val="9"/>
  </w:num>
  <w:num w:numId="19" w16cid:durableId="1636527372">
    <w:abstractNumId w:val="17"/>
  </w:num>
  <w:num w:numId="20" w16cid:durableId="1439909734">
    <w:abstractNumId w:val="21"/>
  </w:num>
  <w:num w:numId="21" w16cid:durableId="424347114">
    <w:abstractNumId w:val="11"/>
  </w:num>
  <w:num w:numId="22" w16cid:durableId="1269629305">
    <w:abstractNumId w:val="19"/>
  </w:num>
  <w:num w:numId="23" w16cid:durableId="1582135663">
    <w:abstractNumId w:val="25"/>
  </w:num>
  <w:num w:numId="24" w16cid:durableId="1498764951">
    <w:abstractNumId w:val="15"/>
  </w:num>
  <w:num w:numId="25" w16cid:durableId="220094752">
    <w:abstractNumId w:val="26"/>
  </w:num>
  <w:num w:numId="26" w16cid:durableId="915360496">
    <w:abstractNumId w:val="12"/>
  </w:num>
  <w:num w:numId="27" w16cid:durableId="15183015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224"/>
    <w:rsid w:val="00034616"/>
    <w:rsid w:val="0006063C"/>
    <w:rsid w:val="00103E3A"/>
    <w:rsid w:val="00132C04"/>
    <w:rsid w:val="0015074B"/>
    <w:rsid w:val="0029639D"/>
    <w:rsid w:val="002F2912"/>
    <w:rsid w:val="002F7CDE"/>
    <w:rsid w:val="00326F90"/>
    <w:rsid w:val="003435E8"/>
    <w:rsid w:val="00442123"/>
    <w:rsid w:val="004621E0"/>
    <w:rsid w:val="004E4DC8"/>
    <w:rsid w:val="005B2B9D"/>
    <w:rsid w:val="005E6FCA"/>
    <w:rsid w:val="006B3B40"/>
    <w:rsid w:val="006C3238"/>
    <w:rsid w:val="00706D0D"/>
    <w:rsid w:val="007A404C"/>
    <w:rsid w:val="00825C3A"/>
    <w:rsid w:val="008650C9"/>
    <w:rsid w:val="00916FB3"/>
    <w:rsid w:val="009668A4"/>
    <w:rsid w:val="00AA1D8D"/>
    <w:rsid w:val="00B0199A"/>
    <w:rsid w:val="00B46BD9"/>
    <w:rsid w:val="00B47730"/>
    <w:rsid w:val="00CB0664"/>
    <w:rsid w:val="00D56CD3"/>
    <w:rsid w:val="00F00A25"/>
    <w:rsid w:val="00F21024"/>
    <w:rsid w:val="00F875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414D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2697</Words>
  <Characters>15377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2026-10-15T18:55:00Z</dcterms:created>
  <dcterms:modified xsi:type="dcterms:W3CDTF">2026-10-15T18:57:00Z</dcterms:modified>
  <cp:category/>
</cp:coreProperties>
</file>